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חיי היומיום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פעלים בהווה שמתארים שגרת 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בניין פעל לבניין התפעל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במילות רצף (קודם, אחר כך, בסוף) בסיפור על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פעלים בהווה ובניינים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התפעל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מתלבש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חולם בספרדית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בתוכן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ארוחה היא שם עצם, לא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למשל מתקלח, מתלבש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שותה מתאר שתייה, לא כתיבה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מתקלחת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שותים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פועל לתמונה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(⏰)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(🚿)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(🍽️)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(🥤)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(✍️)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יום 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קם / קמה מהמיטה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מתקלח / מתקלחת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אוכל / אוכלת ארוחת 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שותה קפה או 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יוצא / יוצאת מהבית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מספרים וכותבים על היום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וברור של פעולות הבוקר בסדר הגיוני, שימוש בפעלים מהיחידה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סדר הגיוני של פעולות היום, שימוש בפעלים מהיחידה ובמילות רצף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פעלים כמו קם, אוכל, שותה, מתקלח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התפעל מתאר פעולה שאדם עושה לעצמו ומתחיל ב'מת'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כנה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מומלץ להשמיע את השיר ולבקש מהתלמידים לסמן מילים מוכרות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שימוש במילות רצף (קודם, אחר כך, בסוף) בכתיבה ובדיבור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השאלות המסומנות לגרסה המותאמת לתלמידים בחינוך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לומדים עברית בשירים – 20 יחידות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חיי היומיום שלנו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בשיר 'חולם בספרדית' מספר הזמר על חלומות ועל חיים בין שתי שפות. ביחידה נלמד פעלים שמתארים שגרה יומית כמו קם, מתקלח, אוכל ושותה, ונתרגל לספר על יום רגיל.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פעלים בהווה ובניינים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לאיזה בניין שייך הפועל 'מתקלח'?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השורש של המילה 'כותב'?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כ-ו-ת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ת-ב-כ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כ-ת-ת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מתארת פעולה שאדם עושה לעצמו?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'באיזו שעה את קמה?' - איזו תשובה מתאימה?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שם השיר של היחידה הוא...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חולם בספרדית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בוקר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יום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שגרה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'חולם בספרדית' עוסק בחלומות ובחיים בין שתי שפות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'ארוחה' היא 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התפעל בהווה יש תחילית 'מִת'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הפועל 'שותה' מתאר פעולה של כתיבה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 בשעה שבע בבוקר.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היא __________ בבוקר לפני ארוחת הבוקר.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אתם __________ קפה בבוקר?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בלילה אני __________ חלומות יפים.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פועל לתמונה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קם / קמה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🚿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מתקלח / מתקלחת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🥤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אוכל / אוכלת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קורא / קוראת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✍️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שותה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🍽️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כותב / כותבת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⏰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יום בוקר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מתקלח / מתקלחת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 / אוכלת ארוחת 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 / יוצאת מהבית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קם / קמה מהמיטה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שותה קפה או 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מספרים וכותבים על היום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בשתיים-שלוש משפטים על הבוקר שלכם, השתמשו במילה 'קודם' או 'אחר כך'.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'יום בחיי' בשמונה משפטים, השתמשו במילות הרצף: קודם, אחר כך, בסוף.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שני פעלים חדשים שלמדתם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בניין פעל לבניין התפעל?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עוזר לכם להרגיש רוגע בשגרה שלכם?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חיי היומיום שלנו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