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פעלים בהווה שמתארים שגרת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בניין פעל לבניין 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במילות רצף (קודם, אחר כך, בסוף) בסיפור על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פעלים בהווה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מתקלח, מתלבש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פועל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(🚿)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(🍽️)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 / קמה מהמיטה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אוכל / אוכלת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 / יוצאת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מספרים וכותבים על היום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פעולות הבוקר בסדר הגיוני, שימוש בפעלים מהיחידה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קם, אוכל, שותה, מתקלח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התפעל מתאר פעולה שאדם עושה לעצמו ומתחיל ב'מת'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מומלץ להשמיע את השיר ולבקש מהתלמידים לסמן מילים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במילות רצף (קודם, אחר כך, בסוף)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השאלות המסומנות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'חולם בספרדית' מספר הזמר על חלומות ועל חיים בין שתי שפות. ביחידה נלמד פעלים שמתארים שגרה יומית כמו קם, מתקלח, אוכל ושותה, ונתרגל לספר על יום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מתקלחת  ·  קם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פעלים בהווה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כ-ו-ת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ת-ב-כ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'באיזו שעה את קמה?' - איזו תשובה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'חולם בספרדית' עוסק בחלומות ובחיים בין שתי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בבניין התפעל בהווה יש תחילית 'מִת'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__________ בשעה שבע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__________ בבוקר לפני ארוחת הבוקר.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פועל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קם / קמה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🚿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מתקלח / מתקלחת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אוכל / אוכלת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קורא / קוראת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🍽️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יום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 / יוצאת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קם / קמה מהמיטה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 / אוכלת ארוחת 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מספרים וכותבים על היום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בשתיים-שלוש משפטים על הבוקר שלכם, השתמשו במילה 'קודם' או 'אחר 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שני פעלים חדשים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בניין פעל לבניין התפעל?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חיי היומיום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